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EA" w:rsidRDefault="000923EA">
      <w:pPr>
        <w:autoSpaceDE w:val="0"/>
        <w:autoSpaceDN w:val="0"/>
        <w:spacing w:after="78" w:line="220" w:lineRule="exact"/>
      </w:pPr>
    </w:p>
    <w:p w:rsidR="000923EA" w:rsidRPr="00E43B0D" w:rsidRDefault="0058101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923EA" w:rsidRPr="00E43B0D" w:rsidRDefault="00581015" w:rsidP="00E43B0D">
      <w:pPr>
        <w:autoSpaceDE w:val="0"/>
        <w:autoSpaceDN w:val="0"/>
        <w:spacing w:before="480" w:after="0" w:line="230" w:lineRule="auto"/>
        <w:ind w:left="2286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E43B0D" w:rsidRPr="00E43B0D" w:rsidRDefault="00E43B0D" w:rsidP="00E43B0D">
      <w:pPr>
        <w:autoSpaceDE w:val="0"/>
        <w:autoSpaceDN w:val="0"/>
        <w:spacing w:before="480" w:after="0" w:line="230" w:lineRule="auto"/>
        <w:ind w:left="2286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0923EA" w:rsidRPr="00E43B0D" w:rsidRDefault="00581015" w:rsidP="00E43B0D">
      <w:pPr>
        <w:autoSpaceDE w:val="0"/>
        <w:autoSpaceDN w:val="0"/>
        <w:spacing w:before="480" w:after="1376" w:line="230" w:lineRule="auto"/>
        <w:ind w:right="2408"/>
        <w:jc w:val="right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ГБООУ «Болгарская санаторная школа-интернат»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420"/>
        <w:gridCol w:w="3300"/>
      </w:tblGrid>
      <w:tr w:rsidR="000923EA">
        <w:trPr>
          <w:trHeight w:hRule="exact" w:val="274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4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48" w:after="0" w:line="230" w:lineRule="auto"/>
              <w:ind w:left="3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923EA">
        <w:trPr>
          <w:trHeight w:hRule="exact" w:val="20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МО учителей-предметников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Заместителем директора по УВР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ГБООУ "Болгарская</w:t>
            </w:r>
          </w:p>
        </w:tc>
      </w:tr>
      <w:tr w:rsidR="000923EA">
        <w:trPr>
          <w:trHeight w:hRule="exact" w:val="208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40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ГБООУ "Болгарская санаторная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ind w:left="3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санаторная школа-интернат"</w:t>
            </w:r>
          </w:p>
        </w:tc>
      </w:tr>
      <w:tr w:rsidR="000923EA">
        <w:trPr>
          <w:trHeight w:hRule="exact" w:val="104"/>
        </w:trPr>
        <w:tc>
          <w:tcPr>
            <w:tcW w:w="3427" w:type="dxa"/>
            <w:vMerge/>
          </w:tcPr>
          <w:p w:rsidR="000923EA" w:rsidRDefault="000923EA"/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школа-интернат"</w:t>
            </w:r>
          </w:p>
        </w:tc>
        <w:tc>
          <w:tcPr>
            <w:tcW w:w="3427" w:type="dxa"/>
            <w:vMerge/>
          </w:tcPr>
          <w:p w:rsidR="000923EA" w:rsidRDefault="000923EA"/>
        </w:tc>
      </w:tr>
      <w:tr w:rsidR="000923EA">
        <w:trPr>
          <w:trHeight w:hRule="exact" w:val="288"/>
        </w:trPr>
        <w:tc>
          <w:tcPr>
            <w:tcW w:w="3427" w:type="dxa"/>
            <w:vMerge/>
          </w:tcPr>
          <w:p w:rsidR="000923EA" w:rsidRDefault="000923EA"/>
        </w:tc>
        <w:tc>
          <w:tcPr>
            <w:tcW w:w="3427" w:type="dxa"/>
            <w:vMerge/>
          </w:tcPr>
          <w:p w:rsidR="000923EA" w:rsidRDefault="000923EA"/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______________Четанов В.А.</w:t>
            </w:r>
          </w:p>
        </w:tc>
      </w:tr>
      <w:tr w:rsidR="000923EA">
        <w:trPr>
          <w:trHeight w:hRule="exact" w:val="118"/>
        </w:trPr>
        <w:tc>
          <w:tcPr>
            <w:tcW w:w="3427" w:type="dxa"/>
            <w:vMerge/>
          </w:tcPr>
          <w:p w:rsidR="000923EA" w:rsidRDefault="000923EA"/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6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______________Беляева Е.Ю.</w:t>
            </w:r>
          </w:p>
        </w:tc>
        <w:tc>
          <w:tcPr>
            <w:tcW w:w="3427" w:type="dxa"/>
            <w:vMerge/>
          </w:tcPr>
          <w:p w:rsidR="000923EA" w:rsidRDefault="000923EA"/>
        </w:tc>
      </w:tr>
      <w:tr w:rsidR="000923EA">
        <w:trPr>
          <w:trHeight w:hRule="exact" w:val="302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______________Минахметова Г.Н.</w:t>
            </w:r>
          </w:p>
        </w:tc>
        <w:tc>
          <w:tcPr>
            <w:tcW w:w="3427" w:type="dxa"/>
            <w:vMerge/>
          </w:tcPr>
          <w:p w:rsidR="000923EA" w:rsidRDefault="000923EA"/>
        </w:tc>
        <w:tc>
          <w:tcPr>
            <w:tcW w:w="330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6" w:after="0" w:line="230" w:lineRule="auto"/>
              <w:ind w:left="3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</w:t>
            </w:r>
          </w:p>
        </w:tc>
      </w:tr>
      <w:tr w:rsidR="000923EA">
        <w:trPr>
          <w:trHeight w:hRule="exact" w:val="400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98" w:after="0" w:line="230" w:lineRule="auto"/>
              <w:ind w:left="3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_____20___ г.</w:t>
            </w:r>
          </w:p>
        </w:tc>
      </w:tr>
      <w:tr w:rsidR="000923EA">
        <w:trPr>
          <w:trHeight w:hRule="exact" w:val="116"/>
        </w:trPr>
        <w:tc>
          <w:tcPr>
            <w:tcW w:w="3427" w:type="dxa"/>
            <w:vMerge/>
          </w:tcPr>
          <w:p w:rsidR="000923EA" w:rsidRDefault="000923EA"/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2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"___" ____  20__ г.</w:t>
            </w:r>
          </w:p>
        </w:tc>
        <w:tc>
          <w:tcPr>
            <w:tcW w:w="3427" w:type="dxa"/>
            <w:vMerge/>
          </w:tcPr>
          <w:p w:rsidR="000923EA" w:rsidRDefault="000923EA"/>
        </w:tc>
      </w:tr>
      <w:tr w:rsidR="000923EA">
        <w:trPr>
          <w:trHeight w:hRule="exact" w:val="376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"___" ______20__ г.</w:t>
            </w:r>
          </w:p>
        </w:tc>
        <w:tc>
          <w:tcPr>
            <w:tcW w:w="3427" w:type="dxa"/>
            <w:vMerge/>
          </w:tcPr>
          <w:p w:rsidR="000923EA" w:rsidRDefault="000923EA"/>
        </w:tc>
        <w:tc>
          <w:tcPr>
            <w:tcW w:w="3427" w:type="dxa"/>
            <w:vMerge/>
          </w:tcPr>
          <w:p w:rsidR="000923EA" w:rsidRDefault="000923EA"/>
        </w:tc>
      </w:tr>
    </w:tbl>
    <w:p w:rsidR="000923EA" w:rsidRDefault="00581015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0923EA" w:rsidRDefault="00581015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1353141)</w:t>
      </w:r>
    </w:p>
    <w:p w:rsidR="000923EA" w:rsidRDefault="00581015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0923EA" w:rsidRDefault="00581015">
      <w:pPr>
        <w:autoSpaceDE w:val="0"/>
        <w:autoSpaceDN w:val="0"/>
        <w:spacing w:before="70" w:after="0" w:line="230" w:lineRule="auto"/>
        <w:ind w:right="3178"/>
        <w:jc w:val="right"/>
      </w:pPr>
      <w:r>
        <w:rPr>
          <w:rFonts w:ascii="Times New Roman" w:eastAsia="Times New Roman" w:hAnsi="Times New Roman"/>
          <w:color w:val="000000"/>
          <w:sz w:val="24"/>
        </w:rPr>
        <w:t>«Иностранный язык (английский)»</w:t>
      </w:r>
    </w:p>
    <w:p w:rsidR="000923EA" w:rsidRDefault="00581015">
      <w:pPr>
        <w:autoSpaceDE w:val="0"/>
        <w:autoSpaceDN w:val="0"/>
        <w:spacing w:before="670" w:after="0" w:line="230" w:lineRule="auto"/>
        <w:ind w:right="272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</w:t>
      </w:r>
      <w:r>
        <w:rPr>
          <w:rFonts w:ascii="Times New Roman" w:eastAsia="Times New Roman" w:hAnsi="Times New Roman"/>
          <w:color w:val="000000"/>
          <w:sz w:val="24"/>
        </w:rPr>
        <w:t xml:space="preserve"> 5 класса основного общего образования</w:t>
      </w:r>
    </w:p>
    <w:p w:rsidR="000923EA" w:rsidRDefault="00581015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0923EA" w:rsidRDefault="00581015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Шайдуллина Анастасия Юрьевна</w:t>
      </w:r>
    </w:p>
    <w:p w:rsidR="000923EA" w:rsidRDefault="00581015">
      <w:pPr>
        <w:autoSpaceDE w:val="0"/>
        <w:autoSpaceDN w:val="0"/>
        <w:spacing w:before="70" w:after="0" w:line="230" w:lineRule="auto"/>
        <w:ind w:right="24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</w:p>
    <w:p w:rsidR="000923EA" w:rsidRDefault="000923EA">
      <w:pPr>
        <w:rPr>
          <w:lang w:val="ru-RU"/>
        </w:rPr>
      </w:pPr>
    </w:p>
    <w:p w:rsidR="00E43B0D" w:rsidRDefault="00E43B0D">
      <w:pPr>
        <w:rPr>
          <w:lang w:val="ru-RU"/>
        </w:rPr>
      </w:pPr>
    </w:p>
    <w:p w:rsidR="00E43B0D" w:rsidRDefault="00E43B0D" w:rsidP="00E43B0D">
      <w:pPr>
        <w:autoSpaceDE w:val="0"/>
        <w:autoSpaceDN w:val="0"/>
        <w:spacing w:after="228" w:line="220" w:lineRule="exact"/>
        <w:rPr>
          <w:lang w:val="ru-RU"/>
        </w:rPr>
      </w:pPr>
    </w:p>
    <w:p w:rsidR="00E43B0D" w:rsidRPr="00E43B0D" w:rsidRDefault="00E43B0D" w:rsidP="00E43B0D">
      <w:pPr>
        <w:autoSpaceDE w:val="0"/>
        <w:autoSpaceDN w:val="0"/>
        <w:spacing w:after="228" w:line="220" w:lineRule="exact"/>
        <w:rPr>
          <w:lang w:val="ru-RU"/>
        </w:rPr>
      </w:pPr>
    </w:p>
    <w:p w:rsidR="00E43B0D" w:rsidRDefault="00E43B0D" w:rsidP="00E43B0D">
      <w:pPr>
        <w:autoSpaceDE w:val="0"/>
        <w:autoSpaceDN w:val="0"/>
        <w:spacing w:after="0" w:line="230" w:lineRule="auto"/>
        <w:ind w:right="37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г.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Болгар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E43B0D" w:rsidRPr="00E43B0D" w:rsidRDefault="00E43B0D" w:rsidP="00E43B0D">
      <w:pPr>
        <w:autoSpaceDE w:val="0"/>
        <w:autoSpaceDN w:val="0"/>
        <w:spacing w:after="0" w:line="230" w:lineRule="auto"/>
        <w:ind w:right="3720"/>
        <w:jc w:val="right"/>
        <w:rPr>
          <w:lang w:val="ru-RU"/>
        </w:rPr>
        <w:sectPr w:rsidR="00E43B0D" w:rsidRPr="00E43B0D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0923EA" w:rsidRDefault="000923EA" w:rsidP="00E43B0D">
      <w:pPr>
        <w:pStyle w:val="1"/>
        <w:sectPr w:rsidR="000923EA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bookmarkStart w:id="0" w:name="_GoBack"/>
      <w:bookmarkEnd w:id="0"/>
    </w:p>
    <w:p w:rsidR="000923EA" w:rsidRDefault="000923EA">
      <w:pPr>
        <w:autoSpaceDE w:val="0"/>
        <w:autoSpaceDN w:val="0"/>
        <w:spacing w:after="216" w:line="220" w:lineRule="exact"/>
      </w:pPr>
    </w:p>
    <w:p w:rsidR="000923EA" w:rsidRDefault="0058101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0923EA" w:rsidRPr="00E43B0D" w:rsidRDefault="00581015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5 классов составлена на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основе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«Т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ребований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яемых требований к результатам освоения основной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Универсальном кодификаторе по иностранному (английскому) языку, а также на основе характеристики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планируемых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  <w:proofErr w:type="gramEnd"/>
    </w:p>
    <w:p w:rsidR="000923EA" w:rsidRPr="00E43B0D" w:rsidRDefault="00581015">
      <w:pPr>
        <w:autoSpaceDE w:val="0"/>
        <w:autoSpaceDN w:val="0"/>
        <w:spacing w:before="264" w:after="0" w:line="262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0923EA" w:rsidRPr="00E43B0D" w:rsidRDefault="00581015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Предмету «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ступает инструментом овладения другими предметными областями в сфере гуманитарных, математических,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других наук и становится важной составляющей базы для общего и специального образования.</w:t>
      </w:r>
    </w:p>
    <w:p w:rsidR="000923EA" w:rsidRPr="00E43B0D" w:rsidRDefault="00581015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0923EA" w:rsidRPr="00E43B0D" w:rsidRDefault="00581015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Владение иностранным языком сейчас рассматривается как часть профессии, поэтому он является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ации и успешной профессиональной деятельности выпускника школы.</w:t>
      </w:r>
    </w:p>
    <w:p w:rsidR="000923EA" w:rsidRPr="00E43B0D" w:rsidRDefault="00581015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языками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в качестве первого, так и в качество второго. Расширение номенклатуры изучаемых языков соответствует стратегическим интересам Ро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ссии в эпоху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егать конфликтов.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0923EA" w:rsidRPr="00E43B0D" w:rsidRDefault="00581015">
      <w:pPr>
        <w:autoSpaceDE w:val="0"/>
        <w:autoSpaceDN w:val="0"/>
        <w:spacing w:before="262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  <w:proofErr w:type="gramEnd"/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общ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еучебных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навательных целях, одним из средств воспитания каче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ств гр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ажданина, патриота; развития национального самосознания, стремления к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освоение знаний о языковых явлениях изучаемого я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зыка, разных способах выражения мысли в родном и иностранном языках;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proofErr w:type="gramEnd"/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ыковых сре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дств пр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 получении и передаче информации.</w:t>
      </w:r>
    </w:p>
    <w:p w:rsidR="000923EA" w:rsidRPr="00E43B0D" w:rsidRDefault="00581015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учебно-познавательную, информационную, социально-трудовую и компетенцию личностного самосовершенствования.</w:t>
      </w:r>
    </w:p>
    <w:p w:rsidR="000923EA" w:rsidRPr="00E43B0D" w:rsidRDefault="00581015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сис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темно-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межкультурный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0923EA" w:rsidRPr="00E43B0D" w:rsidRDefault="00581015">
      <w:pPr>
        <w:autoSpaceDE w:val="0"/>
        <w:autoSpaceDN w:val="0"/>
        <w:spacing w:before="264" w:after="0" w:line="262" w:lineRule="auto"/>
        <w:ind w:right="4176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</w:t>
      </w:r>
      <w:proofErr w:type="gram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«И</w:t>
      </w:r>
      <w:proofErr w:type="gramEnd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НОСТРАННЫЙ (АНГЛИЙСКИЙ) ЯЗЫК»</w:t>
      </w:r>
    </w:p>
    <w:p w:rsidR="000923EA" w:rsidRPr="00E43B0D" w:rsidRDefault="0058101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Обязательный учебный предмет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часа, по 3 часа в неделю.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ки: день рождения, Новый год.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ния.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: обращаться с просьбой, вежливо соглашаться/не соглашаться выполнить просьбу;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приглашат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ь собеседника к совместной деятельности, вежливо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предложение собеседника;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0923EA" w:rsidRPr="00E43B0D" w:rsidRDefault="00581015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изучаемого языка.</w:t>
      </w:r>
    </w:p>
    <w:p w:rsidR="000923EA" w:rsidRPr="00E43B0D" w:rsidRDefault="0058101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а);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ния в рамках тематического содержания речи с опорой на ключевые слова, вопросы, план и/или иллюстрации, фотографии.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43B0D">
        <w:rPr>
          <w:lang w:val="ru-RU"/>
        </w:rPr>
        <w:tab/>
      </w:r>
      <w:proofErr w:type="spell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</w:t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дирования</w:t>
      </w:r>
      <w:proofErr w:type="spellEnd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услышанное;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запрашиваемой информации с опорой и без опоры на иллюстрации.</w:t>
      </w:r>
    </w:p>
    <w:p w:rsidR="000923EA" w:rsidRPr="00E43B0D" w:rsidRDefault="00581015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твенные для понимания основного содержания.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: диа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лог (беседа), высказывания собеседников в ситуациях повседневного общения, рассказ, сообщение информационного характера.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 от поставленной коммуникативной задачи: с пониманием основного содержания, с пониманием запрашиваемой информации.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гнорировать незнакомые слова,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ме.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0923EA" w:rsidRPr="00E43B0D" w:rsidRDefault="00581015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ворение;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  <w:proofErr w:type="gramEnd"/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списывание текста и выписывание из него слов, словосочетаний, предлож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ений в соответствии с решаемой коммуникативной задачей;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формуляров: сообщение о себе основных сведений в соответствии с нормами, принятыми в стр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ане/странах изучаемого языка;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языка. Объём сообщения — до 60 слов.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 слух  и  адекватное,  без  ошибок,  ведущих к сбою в коммуникации, произнесение слов с соблюдением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статьи научно-популярного характера, сообщение информационного характера.</w:t>
      </w:r>
    </w:p>
    <w:p w:rsidR="000923EA" w:rsidRPr="00E43B0D" w:rsidRDefault="0058101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0923EA" w:rsidRPr="00E43B0D" w:rsidRDefault="0058101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 и восклицательного знаков в конце предложения; запятой при перечислении и обращении; апострофа.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арактера.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соблюдением существующей в английском языке нормы лексической сочетаемости.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ого усвоения (включая 625 лексических единиц продуктивного минимума).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прилагательных, имён существительных и наречий при помощи отри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уществительные, имеющие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0923EA" w:rsidRPr="00E43B0D" w:rsidRDefault="0058101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ные по правилу, и исключения.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», «В школе», «На улице»).</w:t>
      </w:r>
    </w:p>
    <w:p w:rsidR="000923EA" w:rsidRPr="00E43B0D" w:rsidRDefault="0058101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нии).</w:t>
      </w:r>
    </w:p>
    <w:p w:rsidR="000923EA" w:rsidRPr="00E43B0D" w:rsidRDefault="00581015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особенностями образа жизни и культуры страны/ стран изучаемого языка (известных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писать свои имя и фа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милию, а также имена и фамилии своих родственников и друзей на английском языке;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турные явления родной страны и страны/стран изучаемого языка (основные национальные праздники, традиции в проведении досуга и питании).</w:t>
      </w:r>
      <w:proofErr w:type="gramEnd"/>
    </w:p>
    <w:p w:rsidR="000923EA" w:rsidRPr="00E43B0D" w:rsidRDefault="00581015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Использов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ание в качестве опоры при порождении собственных высказываний ключевых слов, плана.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ии.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английского языка в 5 классе направлено на достижение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а.</w:t>
      </w:r>
    </w:p>
    <w:p w:rsidR="000923EA" w:rsidRPr="00E43B0D" w:rsidRDefault="00581015">
      <w:pPr>
        <w:autoSpaceDE w:val="0"/>
        <w:autoSpaceDN w:val="0"/>
        <w:spacing w:before="262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923EA" w:rsidRPr="00E43B0D" w:rsidRDefault="00581015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осво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ости, в том числе в части: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жизни семьи, Организации, местного сообщества, родн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края, страны;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й в поликультурном и многоконфессиональном обществе;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готовно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сть к участию в гуманитарной деятельности (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  <w:proofErr w:type="gramEnd"/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 языка, истории, культуры Российской Федерации, своего края, народов России;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твенного выбора;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ости в условиях индивидуального и общественного пространства.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E43B0D">
        <w:rPr>
          <w:lang w:val="ru-RU"/>
        </w:rPr>
        <w:tab/>
      </w:r>
      <w:proofErr w:type="spell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енной культуры как средства коммуникации и самовыражения;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стремление к са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мовыражению в разных видах искусства.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дение гигиенических правил, сбалансированный режим занятий и отдыха, регулярная физическая активность);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вья;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траивая дальнейшие цели;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такого же права другого человека.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тельно выполнять такого рода деятельность;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осознание важности обучения на протяжении всей жизни для успешной профессиона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 деятельности и развитие необходимых умений для этого;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ов с учётом личных и общественных интересов и потребностей.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ий для окружающей среды;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 условиях взаимосвязи природной,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овладение языковой и читательской культурой как средством поз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нания мира;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го и коллективного благополучия.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деятельности, а также в рамках социального взаимодействия с людьми из другой культурной сред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ы;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читься у других людей, осознавать в совместной деятельности новые знания, навыки и компетенции из опыта других;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ум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ение анализировать и выявлять взаимосвязи природы, общества и экономики;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способность обучающихся осознавать 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трессовую ситуацию, оценивать происходящие изменения и их последствия;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ствия, формировать опыт, уметь находить позитивное в произошедшей ситуации;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0923EA" w:rsidRPr="00E43B0D" w:rsidRDefault="00581015">
      <w:pPr>
        <w:autoSpaceDE w:val="0"/>
        <w:autoSpaceDN w:val="0"/>
        <w:spacing w:before="264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программы основного общего образования, в том числе адаптиров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анной, должны отражать: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основания д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ля обобщения и сравнения, критерии проводимого анализа;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выявлять деф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ицит информации, данных, необходимых для решения поставленной задачи;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гипотезы о взаимосвязях;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86" w:right="654" w:bottom="296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90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енных критериев);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искомое и данное;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аргументировать свою позицию, мнение;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исследование по установлению особенностей объекта изучения, причинно-следственных связей и зависимости объектов между собой;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ситуациях, выдвигать предположения об их развитии в новых условиях и контекстах;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й задачи и заданных критериев;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нных источниках;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предложенным педагогичес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ким работником или сформулированным самостоятельно;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Овладение </w:t>
      </w:r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универсальными учебными коммуникативными действиями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понимать намерения других, проявлять уважительное отношение к собеседнику и в корректной форме фор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мулировать свои возражения;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и(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ов диалога, обнаруживать различие и сходство позиций;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310" w:right="822" w:bottom="356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индив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и, договариваться, обсуждать процесс и результат совместной работы;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планировать организацию совместной работы, определять свою роль (с учётом пр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работы, достигать качественного результа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та по своему направлению и координировать свои действия с другими членами команды;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 исходной задачей и вк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лад каждого члена команды в достижение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навыков и эмоционального интеллекта обучающихся.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различных подходах принятия решений (ин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дивидуальное, принятие решения в группе, принятие решений группой);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гаемые варианты решений;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2) самоконт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роль: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меняющимся обстоятельствам;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вносить коррективы в деятельность на основе новых обстоятельств, из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менившихся ситуаций, установленных ошибок, возникших трудностей;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88" w:bottom="3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различать, называть и у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правлять собственными эмоциями и эмоциями других;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осознанно отн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оситься к другому человеку, его мнению; признавать своё право на ошибку и такое же право другого;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0923EA" w:rsidRPr="00E43B0D" w:rsidRDefault="00581015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923EA" w:rsidRPr="00E43B0D" w:rsidRDefault="00581015">
      <w:pPr>
        <w:autoSpaceDE w:val="0"/>
        <w:autoSpaceDN w:val="0"/>
        <w:spacing w:before="262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923EA" w:rsidRPr="00E43B0D" w:rsidRDefault="00581015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тране/странах изучаемого языка (до 5 реплик со стороны каждого собеседника);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(описание, в том числе характеристика; повествование/сообщение) с вербальными и/или зрительными опорами в рамках тематического 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одержания речи (объём монологического высказывания — 5-6 фраз);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результаты  выполненной проектной работы (объём — до 6 фраз);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spell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spellStart"/>
      <w:proofErr w:type="gramStart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несложные адаптированные аутентичные тексты, содержащие отдель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 себя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ранах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0923EA" w:rsidRPr="00E43B0D" w:rsidRDefault="00581015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без ошибок, ведущ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их к сбою коммуникации,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76" w:bottom="332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p w:rsidR="000923EA" w:rsidRPr="00E43B0D" w:rsidRDefault="0058101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небольшие адаптированные аутентичные тексты объёмом до 90 слов, построенные на изученном языковом материале, с соблюдением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изученные слова;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навыками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и</w:t>
      </w:r>
      <w:proofErr w:type="gramEnd"/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спользов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>ать</w:t>
      </w:r>
      <w:proofErr w:type="spellEnd"/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звучащем и письменном тексте 675 лексически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х единиц (слов, словосочетаний, речевых клише) и правильно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ержания, с соблюдением существующей нормы лексической сочетаемости;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; имена п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  <w:proofErr w:type="gramEnd"/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43B0D">
        <w:rPr>
          <w:lang w:val="ru-RU"/>
        </w:rPr>
        <w:tab/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  предложени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я с несколькими обстоятельствами, следующими в определённом порядке;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-временных  формах  действительного  залога в изъявительном н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 имена су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ществительные с причастиями настоящего и прошедшего времени;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  <w:proofErr w:type="gramEnd"/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ку и реалии страны/стран изучаемого языка в рамках тематического содержания речи;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портрете родной страны и страны/стран изучаемого языка;</w:t>
      </w:r>
      <w:r w:rsidRPr="00E43B0D">
        <w:rPr>
          <w:lang w:val="ru-RU"/>
        </w:rPr>
        <w:br/>
      </w: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0923EA" w:rsidRPr="00E43B0D" w:rsidRDefault="0058101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E43B0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языковую</w:t>
      </w:r>
      <w:proofErr w:type="gramEnd"/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71" w:lineRule="auto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 для нахождения в тексте запрашиваемой информации;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0923EA" w:rsidRPr="00E43B0D" w:rsidRDefault="00581015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E43B0D">
        <w:rPr>
          <w:lang w:val="ru-RU"/>
        </w:rPr>
        <w:tab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4" w:line="220" w:lineRule="exact"/>
        <w:rPr>
          <w:lang w:val="ru-RU"/>
        </w:rPr>
      </w:pPr>
    </w:p>
    <w:p w:rsidR="000923EA" w:rsidRDefault="0058101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</w:t>
            </w:r>
            <w:r w:rsidRPr="00E43B0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923E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</w:tr>
      <w:tr w:rsidR="000923EA" w:rsidRPr="00E43B0D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88" w:after="0" w:line="233" w:lineRule="auto"/>
              <w:ind w:left="72"/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</w:t>
            </w: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18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 w:rsidRPr="00E43B0D">
        <w:trPr>
          <w:trHeight w:hRule="exact" w:val="35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18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923EA" w:rsidRPr="00E43B0D" w:rsidRDefault="000923EA">
      <w:pPr>
        <w:autoSpaceDE w:val="0"/>
        <w:autoSpaceDN w:val="0"/>
        <w:spacing w:after="0" w:line="14" w:lineRule="exact"/>
        <w:rPr>
          <w:lang w:val="ru-RU"/>
        </w:rPr>
      </w:pPr>
    </w:p>
    <w:p w:rsidR="000923EA" w:rsidRPr="00E43B0D" w:rsidRDefault="000923EA">
      <w:pPr>
        <w:rPr>
          <w:lang w:val="ru-RU"/>
        </w:rPr>
        <w:sectPr w:rsidR="000923EA" w:rsidRPr="00E43B0D">
          <w:pgSz w:w="16840" w:h="11900"/>
          <w:pgMar w:top="282" w:right="640" w:bottom="13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 w:rsidRPr="00E43B0D">
        <w:trPr>
          <w:trHeight w:hRule="exact" w:val="37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Смыслов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2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Картинки,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таблицы,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карточки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Портреты с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членами семьи.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 w:rsidRPr="00E43B0D">
        <w:trPr>
          <w:trHeight w:hRule="exact" w:val="35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923EA" w:rsidRPr="00E43B0D" w:rsidRDefault="000923EA">
      <w:pPr>
        <w:autoSpaceDE w:val="0"/>
        <w:autoSpaceDN w:val="0"/>
        <w:spacing w:after="0" w:line="14" w:lineRule="exact"/>
        <w:rPr>
          <w:lang w:val="ru-RU"/>
        </w:rPr>
      </w:pPr>
    </w:p>
    <w:p w:rsidR="000923EA" w:rsidRPr="00E43B0D" w:rsidRDefault="000923EA">
      <w:pPr>
        <w:rPr>
          <w:lang w:val="ru-RU"/>
        </w:rPr>
        <w:sectPr w:rsidR="000923EA" w:rsidRPr="00E43B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 w:rsidRPr="00E43B0D">
        <w:trPr>
          <w:trHeight w:hRule="exact" w:val="36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88" w:after="0" w:line="233" w:lineRule="auto"/>
              <w:ind w:left="72"/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Темати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 w:rsidRPr="00E43B0D">
        <w:trPr>
          <w:trHeight w:hRule="exact" w:val="35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88" w:after="0" w:line="233" w:lineRule="auto"/>
              <w:ind w:left="72"/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923EA" w:rsidRPr="00E43B0D" w:rsidRDefault="000923EA">
      <w:pPr>
        <w:autoSpaceDE w:val="0"/>
        <w:autoSpaceDN w:val="0"/>
        <w:spacing w:after="0" w:line="14" w:lineRule="exact"/>
        <w:rPr>
          <w:lang w:val="ru-RU"/>
        </w:rPr>
      </w:pPr>
    </w:p>
    <w:p w:rsidR="000923EA" w:rsidRPr="00E43B0D" w:rsidRDefault="000923EA">
      <w:pPr>
        <w:rPr>
          <w:lang w:val="ru-RU"/>
        </w:rPr>
        <w:sectPr w:rsidR="000923EA" w:rsidRPr="00E43B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 w:rsidRPr="00E43B0D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88" w:after="0" w:line="233" w:lineRule="auto"/>
              <w:ind w:left="72"/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</w:t>
            </w: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 w:rsidRPr="00E43B0D">
        <w:trPr>
          <w:trHeight w:hRule="exact" w:val="36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Внешность и характер 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Карточки с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заданиями.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923EA" w:rsidRPr="00E43B0D" w:rsidRDefault="000923EA">
      <w:pPr>
        <w:autoSpaceDE w:val="0"/>
        <w:autoSpaceDN w:val="0"/>
        <w:spacing w:after="0" w:line="14" w:lineRule="exact"/>
        <w:rPr>
          <w:lang w:val="ru-RU"/>
        </w:rPr>
      </w:pPr>
    </w:p>
    <w:p w:rsidR="000923EA" w:rsidRPr="00E43B0D" w:rsidRDefault="000923EA">
      <w:pPr>
        <w:rPr>
          <w:lang w:val="ru-RU"/>
        </w:rPr>
        <w:sectPr w:rsidR="000923EA" w:rsidRPr="00E43B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 w:rsidRPr="00E43B0D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Темати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 w:rsidRPr="00E43B0D">
        <w:trPr>
          <w:trHeight w:hRule="exact" w:val="35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88" w:after="0" w:line="254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языка. 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Их географическое положение, столицы, достопримечательности, культурные особенности (национальные </w:t>
            </w:r>
            <w:r w:rsidRPr="00E43B0D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праздники, традиции, обычаи)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923EA" w:rsidRPr="00E43B0D" w:rsidRDefault="000923EA">
      <w:pPr>
        <w:autoSpaceDE w:val="0"/>
        <w:autoSpaceDN w:val="0"/>
        <w:spacing w:after="0" w:line="14" w:lineRule="exact"/>
        <w:rPr>
          <w:lang w:val="ru-RU"/>
        </w:rPr>
      </w:pPr>
    </w:p>
    <w:p w:rsidR="000923EA" w:rsidRPr="00E43B0D" w:rsidRDefault="000923EA">
      <w:pPr>
        <w:rPr>
          <w:lang w:val="ru-RU"/>
        </w:rPr>
        <w:sectPr w:rsidR="000923EA" w:rsidRPr="00E43B0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048"/>
        <w:gridCol w:w="528"/>
        <w:gridCol w:w="1106"/>
        <w:gridCol w:w="1140"/>
        <w:gridCol w:w="804"/>
        <w:gridCol w:w="1370"/>
        <w:gridCol w:w="1116"/>
        <w:gridCol w:w="1922"/>
      </w:tblGrid>
      <w:tr w:rsidR="000923EA" w:rsidRPr="00E43B0D">
        <w:trPr>
          <w:trHeight w:hRule="exact" w:val="3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7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Монологичес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кая речь;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Тематические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плакаты.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45" w:lineRule="auto"/>
              <w:ind w:left="72" w:right="115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картинок.</w:t>
            </w:r>
          </w:p>
          <w:p w:rsidR="000923EA" w:rsidRPr="00E43B0D" w:rsidRDefault="00581015">
            <w:pPr>
              <w:autoSpaceDE w:val="0"/>
              <w:autoSpaceDN w:val="0"/>
              <w:spacing w:before="20" w:after="0" w:line="25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Обучающая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компьютерная программа к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 для 5 класса (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923EA">
        <w:trPr>
          <w:trHeight w:hRule="exact" w:val="328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39</w:t>
            </w:r>
          </w:p>
        </w:tc>
        <w:tc>
          <w:tcPr>
            <w:tcW w:w="5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78" w:line="220" w:lineRule="exact"/>
      </w:pPr>
    </w:p>
    <w:p w:rsidR="000923EA" w:rsidRDefault="0058101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0923E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3EA" w:rsidRDefault="000923EA"/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Module 1. 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Days/Модуль 1. Школьные дни.Школа.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Школа. Школьные принадлежности.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Первый день в школе.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числительных от 1 до 20.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Первый день в школе. Глагол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Present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Simple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Любимые школьные предметы.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Школы в Англии.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 в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Английский в быту. Приветствия.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Граждановедение.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Проверочная работа по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теме: «Школьные будни».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"Джек и бобовое зернышко"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Module 2. That's me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/Модуль 2. Это я. Я из.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из... Конструкция havegot.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вещи.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вещи. Указательные местоимения.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98" w:right="650" w:bottom="7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коллекция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ислительные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 1 до 100.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Уголок культуры.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100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Сувениры из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Великобритании.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923EA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Наша страна.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 Покупка сувенира.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География. Англо-говорящие страны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1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четверть.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контрольной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Module 3. My home, mycastle / Модуль 3.</w:t>
            </w:r>
          </w:p>
          <w:p w:rsidR="000923EA" w:rsidRDefault="00581015">
            <w:pPr>
              <w:autoSpaceDE w:val="0"/>
              <w:autoSpaceDN w:val="0"/>
              <w:spacing w:before="7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Мойдом - моя крепость. Дома.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 новосельем.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комната.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Уголок культуры.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Типичный английский дом.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Дома в России.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Осмотр дома.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Искусство и дизайн. </w:t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Тадж</w:t>
            </w:r>
            <w:proofErr w:type="spellEnd"/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ахал.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по теме «Мой дом – моя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крепость».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практической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"Джек и бобовое зернышко".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Module 4. Family ties /Модуль 4. Семейные узы.Моя семья.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Моя семья. Личные и притяжательные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местоимения.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Кто есть кто.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Кто есть кто. Глаголы в повелительном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наклонении.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Знаменитые люди.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Пишем письмо. Уголок культуры: </w:t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Американски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е«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телесемьи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Хобби. Английский в Росcии.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быту: описание людей.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2 четверть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923EA" w:rsidRPr="00E43B0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контрольной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Module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5.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World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animals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 Модуль 5. Животные со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всего света.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Удивительные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Удивительные создания.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Present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Simple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утвердительная форма.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зоопарке.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зоопарке.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Present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Simple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Отрицательная 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вопросительная 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питомец.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Уголок культуры. Пушистые друзья.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Посещение ветеринарной лечебницы.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Наука. Из жизни насекомого.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теме «Животные со всего света».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 w:rsidRPr="00E43B0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практической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"Джек и бобовое зернышко".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Module 6. Round the clock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/Модуль 6. 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 утра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довечера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Подъём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аспорядок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дня.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Подъём. Распорядок дня. Наречия частотности. </w:t>
            </w:r>
            <w:r w:rsidRPr="00E43B0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At,in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 работе.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 работе. Present Continuous.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Выходные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 w:rsidRPr="00E43B0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Уголок культуры. Главные достопримечательности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Лондона.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Знаменитые люди в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Приглашение к 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действию.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 по теме «С утра до вечера».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0923EA" w:rsidRPr="00E43B0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практической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Module 7. In all weathers /Модуль 7. 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любуюпогоду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Год за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годом.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Одевайся правильно.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Одевайся правильно. Present Simple и Present Continuous.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Уголок культуры. Климат Аляски.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 Покупка одежды.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Литература. Ну и погода!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Россия. Времена года.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3 четверть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контрольной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Это здорово. Письмо другу.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"Джек и бобовое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зернышко".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Module 8. Special days /Модуль 8. Особые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дни.Праздники.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Праздники. Исчисляемые и неисчисляемые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Готовим сами.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Готовим сами.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much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many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день рождения.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благодарения.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Фестивали и праздники в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Основы безопасности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жизнедеятельности. Когда я готовлю на кухне.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«Особые дни».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 w:rsidRPr="00E43B0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практической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Module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9.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Modernliving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/Модуль 9. Жить в ногу </w:t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современем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Идем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запокупками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Идем за </w:t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покупками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.Г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лагол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to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be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Past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Simple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Это было здорово!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Это было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здорово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!П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овторение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Past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Simple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23EA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 пропусти это...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71" w:lineRule="auto"/>
              <w:ind w:left="72" w:right="288"/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Оживлённые места </w:t>
            </w:r>
            <w:r w:rsidRPr="00E43B0D">
              <w:rPr>
                <w:lang w:val="ru-RU"/>
              </w:rPr>
              <w:br/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Лондона. Как пройти.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Музеи в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72" w:right="822"/>
              <w:jc w:val="both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Английский в быту. Спрашивать, давать указания.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4 четверть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923EA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"Джек и бобовое зернышко"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23E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Module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10.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Holidays</w:t>
            </w: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/Модуль 10.</w:t>
            </w:r>
          </w:p>
          <w:p w:rsidR="000923EA" w:rsidRPr="00E43B0D" w:rsidRDefault="0058101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Каникулы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утешествие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отдых.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71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Летние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удовольствия.Future Simple.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Просто запиши... Все наборт!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Итоговая</w:t>
            </w:r>
            <w:proofErr w:type="gram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контрольнаяработа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 курс 5 класса.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923E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 Каникулы в России.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23E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71" w:lineRule="auto"/>
              <w:ind w:left="156" w:right="864" w:hanging="156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взять на </w:t>
            </w:r>
            <w:r w:rsidRPr="00E43B0D">
              <w:rPr>
                <w:lang w:val="ru-RU"/>
              </w:rPr>
              <w:br/>
            </w:r>
            <w:proofErr w:type="spellStart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прокатавтомобиль</w:t>
            </w:r>
            <w:proofErr w:type="spellEnd"/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велосипед.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0923EA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23EA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Pr="00E43B0D" w:rsidRDefault="0058101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43B0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23EA" w:rsidRDefault="00581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</w:t>
            </w:r>
          </w:p>
        </w:tc>
      </w:tr>
    </w:tbl>
    <w:p w:rsidR="000923EA" w:rsidRDefault="000923EA">
      <w:pPr>
        <w:autoSpaceDE w:val="0"/>
        <w:autoSpaceDN w:val="0"/>
        <w:spacing w:after="0" w:line="14" w:lineRule="exact"/>
      </w:pPr>
    </w:p>
    <w:p w:rsidR="000923EA" w:rsidRDefault="000923EA">
      <w:pPr>
        <w:sectPr w:rsidR="000923E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Default="000923EA">
      <w:pPr>
        <w:autoSpaceDE w:val="0"/>
        <w:autoSpaceDN w:val="0"/>
        <w:spacing w:after="78" w:line="220" w:lineRule="exact"/>
      </w:pPr>
    </w:p>
    <w:p w:rsidR="000923EA" w:rsidRDefault="0058101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923EA" w:rsidRDefault="0058101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</w:t>
      </w:r>
      <w:r>
        <w:rPr>
          <w:rFonts w:ascii="Times New Roman" w:eastAsia="Times New Roman" w:hAnsi="Times New Roman"/>
          <w:b/>
          <w:color w:val="000000"/>
          <w:sz w:val="24"/>
        </w:rPr>
        <w:t>ЛЯ УЧЕНИКА</w:t>
      </w:r>
    </w:p>
    <w:p w:rsidR="000923EA" w:rsidRPr="00E43B0D" w:rsidRDefault="00581015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другие. Английский язык. 5 класс. АО «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923EA" w:rsidRPr="00E43B0D" w:rsidRDefault="00581015">
      <w:pPr>
        <w:autoSpaceDE w:val="0"/>
        <w:autoSpaceDN w:val="0"/>
        <w:spacing w:before="262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923EA" w:rsidRPr="00E43B0D" w:rsidRDefault="00581015">
      <w:pPr>
        <w:autoSpaceDE w:val="0"/>
        <w:autoSpaceDN w:val="0"/>
        <w:spacing w:before="166" w:after="0" w:line="262" w:lineRule="auto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Апальков В.Г. Английский язык. Рабочие программы. Предметная линия учебников «Англи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йский в фокусе». 5–9 классы, 3-е издание. – М.: «Просвещение», 2016.; учебно-методический комплекс: Ю. Е.</w:t>
      </w:r>
    </w:p>
    <w:p w:rsidR="000923EA" w:rsidRPr="00E43B0D" w:rsidRDefault="00581015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Ваулиной, Д. Дули, О. Е.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, В. Эванс для 5–9 классов. УМК «Английский в фокусе»(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). – М.: </w:t>
      </w:r>
      <w:r>
        <w:rPr>
          <w:rFonts w:ascii="Times New Roman" w:eastAsia="Times New Roman" w:hAnsi="Times New Roman"/>
          <w:color w:val="000000"/>
          <w:sz w:val="24"/>
        </w:rPr>
        <w:t>Express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Publishing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: «Просвещение», 2017.</w:t>
      </w:r>
    </w:p>
    <w:p w:rsidR="000923EA" w:rsidRPr="00E43B0D" w:rsidRDefault="00581015">
      <w:pPr>
        <w:autoSpaceDE w:val="0"/>
        <w:autoSpaceDN w:val="0"/>
        <w:spacing w:before="262"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923EA" w:rsidRPr="00E43B0D" w:rsidRDefault="00581015">
      <w:pPr>
        <w:autoSpaceDE w:val="0"/>
        <w:autoSpaceDN w:val="0"/>
        <w:spacing w:before="166" w:after="0" w:line="286" w:lineRule="auto"/>
        <w:rPr>
          <w:lang w:val="ru-RU"/>
        </w:rPr>
      </w:pP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 к учебнику с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аудиокурсом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самостоятельных занятий дома (</w:t>
      </w:r>
      <w:r>
        <w:rPr>
          <w:rFonts w:ascii="Times New Roman" w:eastAsia="Times New Roman" w:hAnsi="Times New Roman"/>
          <w:color w:val="000000"/>
          <w:sz w:val="24"/>
        </w:rPr>
        <w:t>ABBYY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Lingvo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E43B0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MP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учебнику «</w:t>
      </w:r>
      <w:r>
        <w:rPr>
          <w:rFonts w:ascii="Times New Roman" w:eastAsia="Times New Roman" w:hAnsi="Times New Roman"/>
          <w:color w:val="000000"/>
          <w:sz w:val="24"/>
        </w:rPr>
        <w:t>Enjoy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English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»-5-6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автор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Биболетова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PC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DVD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Интерактивный курс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английского; Презентации по английскому языку;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учебнику английского языка «</w:t>
      </w:r>
      <w:r>
        <w:rPr>
          <w:rFonts w:ascii="Times New Roman" w:eastAsia="Times New Roman" w:hAnsi="Times New Roman"/>
          <w:color w:val="000000"/>
          <w:sz w:val="24"/>
        </w:rPr>
        <w:t>English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»-5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, автор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Кузовлев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В.П.; </w:t>
      </w:r>
      <w:r>
        <w:rPr>
          <w:rFonts w:ascii="Times New Roman" w:eastAsia="Times New Roman" w:hAnsi="Times New Roman"/>
          <w:color w:val="000000"/>
          <w:sz w:val="24"/>
        </w:rPr>
        <w:t>Homes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Britain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(4-8 </w:t>
      </w:r>
      <w:r>
        <w:rPr>
          <w:rFonts w:ascii="Times New Roman" w:eastAsia="Times New Roman" w:hAnsi="Times New Roman"/>
          <w:color w:val="000000"/>
          <w:sz w:val="24"/>
        </w:rPr>
        <w:t>ESL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Britain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- </w:t>
      </w:r>
      <w:r>
        <w:rPr>
          <w:rFonts w:ascii="Times New Roman" w:eastAsia="Times New Roman" w:hAnsi="Times New Roman"/>
          <w:color w:val="000000"/>
          <w:sz w:val="24"/>
        </w:rPr>
        <w:t>Halloween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environment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Britain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(6-8 </w:t>
      </w:r>
      <w:r>
        <w:rPr>
          <w:rFonts w:ascii="Times New Roman" w:eastAsia="Times New Roman" w:hAnsi="Times New Roman"/>
          <w:color w:val="000000"/>
          <w:sz w:val="24"/>
        </w:rPr>
        <w:t>ESL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proofErr w:type="spellStart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tit</w:t>
      </w:r>
      <w:r>
        <w:rPr>
          <w:rFonts w:ascii="Times New Roman" w:eastAsia="Times New Roman" w:hAnsi="Times New Roman"/>
          <w:color w:val="000000"/>
          <w:sz w:val="24"/>
        </w:rPr>
        <w:t>ul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43B0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englishteachers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; ФИПИ (федеральный институт педагогических измерений); Современный учительский портал; Педагогическое сообщество учителей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23EA" w:rsidRPr="00E43B0D" w:rsidRDefault="000923EA">
      <w:pPr>
        <w:autoSpaceDE w:val="0"/>
        <w:autoSpaceDN w:val="0"/>
        <w:spacing w:after="78" w:line="220" w:lineRule="exact"/>
        <w:rPr>
          <w:lang w:val="ru-RU"/>
        </w:rPr>
      </w:pPr>
    </w:p>
    <w:p w:rsidR="000923EA" w:rsidRPr="00E43B0D" w:rsidRDefault="00581015">
      <w:pPr>
        <w:autoSpaceDE w:val="0"/>
        <w:autoSpaceDN w:val="0"/>
        <w:spacing w:after="0" w:line="230" w:lineRule="auto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923EA" w:rsidRPr="00E43B0D" w:rsidRDefault="00581015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E43B0D">
        <w:rPr>
          <w:lang w:val="ru-RU"/>
        </w:rPr>
        <w:br/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Пр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оектор</w:t>
      </w:r>
    </w:p>
    <w:p w:rsidR="000923EA" w:rsidRPr="00E43B0D" w:rsidRDefault="00581015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E43B0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  <w:r w:rsidRPr="00E43B0D">
        <w:rPr>
          <w:rFonts w:ascii="Times New Roman" w:eastAsia="Times New Roman" w:hAnsi="Times New Roman"/>
          <w:color w:val="000000"/>
          <w:sz w:val="24"/>
          <w:lang w:val="ru-RU"/>
        </w:rPr>
        <w:t>-</w:t>
      </w:r>
    </w:p>
    <w:p w:rsidR="000923EA" w:rsidRPr="00E43B0D" w:rsidRDefault="000923EA">
      <w:pPr>
        <w:rPr>
          <w:lang w:val="ru-RU"/>
        </w:rPr>
        <w:sectPr w:rsidR="000923EA" w:rsidRPr="00E43B0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81015" w:rsidRPr="00E43B0D" w:rsidRDefault="00581015">
      <w:pPr>
        <w:rPr>
          <w:lang w:val="ru-RU"/>
        </w:rPr>
      </w:pPr>
    </w:p>
    <w:sectPr w:rsidR="00581015" w:rsidRPr="00E43B0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23EA"/>
    <w:rsid w:val="0015074B"/>
    <w:rsid w:val="0029639D"/>
    <w:rsid w:val="00326F90"/>
    <w:rsid w:val="00581015"/>
    <w:rsid w:val="00AA1D8D"/>
    <w:rsid w:val="00B47730"/>
    <w:rsid w:val="00CB0664"/>
    <w:rsid w:val="00E43B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9F640B-21E5-4F49-9CC3-582F1393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8156</Words>
  <Characters>46491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2</cp:revision>
  <dcterms:created xsi:type="dcterms:W3CDTF">2013-12-23T23:15:00Z</dcterms:created>
  <dcterms:modified xsi:type="dcterms:W3CDTF">2022-08-10T14:48:00Z</dcterms:modified>
  <cp:category/>
</cp:coreProperties>
</file>